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Andre M. Salandy Jr</w:t>
      </w:r>
    </w:p>
    <w:p>
      <w:r>
        <w:t>146 Salandy Drive • Houston, DE 19954</w:t>
      </w:r>
    </w:p>
    <w:p>
      <w:r>
        <w:t>Phone: 302-382-4850 • Email: [your email] • LinkedIn: [your LinkedIn]</w:t>
      </w:r>
    </w:p>
    <w:p>
      <w:pPr>
        <w:pStyle w:val="Heading2"/>
      </w:pPr>
      <w:r>
        <w:t>CERTIFICATIONS</w:t>
      </w:r>
    </w:p>
    <w:p>
      <w:r>
        <w:t>• CompTIA Security+ (SY0-701) – Acquired Dec 2024, Expires Dec 2027</w:t>
      </w:r>
    </w:p>
    <w:p>
      <w:r>
        <w:t>• CompTIA A+ (220-1101/1102) – Acquired Sept 2022, Expires Dec 2027</w:t>
      </w:r>
    </w:p>
    <w:p>
      <w:pPr>
        <w:pStyle w:val="Heading2"/>
      </w:pPr>
      <w:r>
        <w:t>EDUCATION</w:t>
      </w:r>
    </w:p>
    <w:p>
      <w:r>
        <w:t>Wilmington University – New Castle, DE</w:t>
        <w:br/>
        <w:t>Bachelor of Science in Computer Network Security, May 2022</w:t>
      </w:r>
    </w:p>
    <w:p>
      <w:r>
        <w:t>Delaware Technical Community College – Dover, DE</w:t>
        <w:br/>
        <w:t>Associate of Science in Computer Network Engineering Technology, May 2020</w:t>
      </w:r>
    </w:p>
    <w:p>
      <w:pPr>
        <w:pStyle w:val="Heading2"/>
      </w:pPr>
      <w:r>
        <w:t>TECHNICAL SKILLS</w:t>
      </w:r>
    </w:p>
    <w:p>
      <w:r>
        <w:t>• Security &amp; Monitoring: Log analysis, SIEM familiarity, vulnerability remediation, antivirus/EDR support</w:t>
      </w:r>
    </w:p>
    <w:p>
      <w:r>
        <w:t>• Systems &amp; Networking: Windows OS, Active Directory, VPN, DNS/DHCP, TCP/IP troubleshooting</w:t>
      </w:r>
    </w:p>
    <w:p>
      <w:r>
        <w:t>• Tools: Ticketing systems, remote support platforms, MFA setup, endpoint imaging/deployment</w:t>
      </w:r>
    </w:p>
    <w:p>
      <w:r>
        <w:t>• Methodologies: Incident response, escalation, technical documentation, user support</w:t>
      </w:r>
    </w:p>
    <w:p>
      <w:pPr>
        <w:pStyle w:val="Heading2"/>
      </w:pPr>
      <w:r>
        <w:t>PROFESSIONAL EXPERIENCE</w:t>
      </w:r>
    </w:p>
    <w:p>
      <w:r>
        <w:t>Burris Logistics – Milford, DE</w:t>
        <w:br/>
        <w:t>IT Solutions Analyst | Dec 2022 – Present</w:t>
        <w:br/>
        <w:t>- Provide tier-1/2 IT support across enterprise systems; resolve hardware, software, VPN, and account issues.</w:t>
        <w:br/>
        <w:t>- Monitor endpoint security, remediate incidents, and escalate potential threats to security teams.</w:t>
        <w:br/>
        <w:t>- Configure Active Directory accounts, MFA, and VPN access to maintain secure remote operations.</w:t>
        <w:br/>
        <w:t>- Document incidents and maintain knowledge base articles for repeatable resolution.</w:t>
        <w:br/>
        <w:t>- Collaborate with infrastructure and application teams to ensure system availability and data integrity.</w:t>
      </w:r>
    </w:p>
    <w:p>
      <w:r>
        <w:t>Randstad Technologies – Middletown, DE</w:t>
        <w:br/>
        <w:t>Data Center Technician | Aug 2021 – Dec 2022</w:t>
        <w:br/>
        <w:t>- Supported data center operations, including server racking, cabling, hardware testing, and imaging.</w:t>
        <w:br/>
        <w:t>- Performed preventive maintenance and system monitoring to ensure uptime.</w:t>
        <w:br/>
        <w:t>- Partnered with network and systems engineers to troubleshoot hardware failures.</w:t>
      </w:r>
    </w:p>
    <w:p>
      <w:r>
        <w:t>Harrington Raceway &amp; Casino – Harrington, DE</w:t>
        <w:br/>
        <w:t>IT Specialist | Jun 2021 – Aug 2021</w:t>
        <w:br/>
        <w:t>- Delivered end-user support for POS systems, desktops, and casino floor equipment.</w:t>
        <w:br/>
        <w:t>- Handled hardware/software upgrades and performed root cause analysis of recurring issues.</w:t>
      </w:r>
    </w:p>
    <w:p>
      <w:r>
        <w:t>Mountaire Farms – Millsboro, DE</w:t>
        <w:br/>
        <w:t>IT Plant Systems Technician | Nov 2020 – Jun 2021</w:t>
        <w:br/>
        <w:t>- Supported plant production systems and Windows-based applications.</w:t>
        <w:br/>
        <w:t>- Ensured uptime of critical systems by performing troubleshooting and patching.</w:t>
      </w:r>
    </w:p>
    <w:p>
      <w:r>
        <w:t>ServerPlus – Remote</w:t>
        <w:br/>
        <w:t>Technical Support | May 2020 – Nov 2020</w:t>
        <w:br/>
        <w:t>- Resolved customer connectivity and networking issues for residential/business clients.</w:t>
        <w:br/>
        <w:t>- Walked end-users through technical steps with strong communication and customer service.</w:t>
      </w:r>
    </w:p>
    <w:p>
      <w:r>
        <w:t>Dover Downs Hotel &amp; Casino – Dover, DE</w:t>
        <w:br/>
        <w:t>Surveillance Officer | Feb 2020 – May 2020</w:t>
        <w:br/>
        <w:t>- Monitored and investigated security events, ensuring compliance and reporting irregularities.</w:t>
        <w:br/>
        <w:t>- Developed situational awareness skills transferable to SOC monitoring and analysis.</w:t>
      </w:r>
    </w:p>
    <w:p>
      <w:pPr>
        <w:pStyle w:val="Heading2"/>
      </w:pPr>
      <w:r>
        <w:t>PROJECTS &amp; LABS</w:t>
      </w:r>
    </w:p>
    <w:p>
      <w:r>
        <w:t>• Home SOC Lab: Built a virtual environment using Splunk and Security Onion to practice log collection, alerting, and incident triage.</w:t>
      </w:r>
    </w:p>
    <w:p>
      <w:r>
        <w:t>• Vulnerability Scanning: Conducted lab-based scans using Nessus Essentials to identify and remediate system weaknesses.</w:t>
      </w:r>
    </w:p>
    <w:p>
      <w:r>
        <w:t>• Windows AD Practice: Set up a mini Active Directory domain with user accounts, group policies, and MFA to simulate enterprise security management.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